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מברצלונה - אדריכלות ברובע העתיק, בשכונה החדשה וביצירות גאודי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בצורת מכתב ולהשיב על שאלות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חדש הקשור לאדריכלות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תופעות לשון בטקסט: שם המספר, נטייה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לחברה בשם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העיר נבנתה בתוך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קטומות באלכסון ויוצרות כיכר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שאין בו קווים ישרים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חרשי נחושת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שמונה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הרובע העתיק נבנה בתוך החומה, בימי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מהנדס אחר תכנן את השכונה, גאודי תכנן בניינים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 על הבתים שעיצב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הבנייה עדיין נמשכת עד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מתפצלים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(עובר בקווים מעוגלים, לא 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(עמדו קרוב מאוד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(שהקצה שלהן נחתך)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 שמתכנן ומעצב בניינים)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(לוחיות קטנות שמכסות עור של דג)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(בעלי מלאכה שעובדים בברזל חם)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שמונה עשר (מגדלים)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הצטופפו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תיאור חושי עשיר, שימוש בלפחות שלושה שמות תואר, והתייחסות לרגש או למחשבה כלפי הבניין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חומה שהקיפה את העיר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פינות קטומות היוצרות כיכרות קטנות, יותר אור ואוויר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העדר קווים ישרים - צורות מעוגלות כמו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המכתב בקול ולעצור אחרי כל פסקה לבדיקת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סגנונות הבנייה השונים (רובע עתיק, שכונה מסודרת, בנייני גאודי) לפני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אפשר להרחיב ולבקש מהתלמידים למצוא עוד דוגמאות לנטייה או לשם מספר בטקסט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מברצלונה - אדריכלות ברובע העתיק, בשכונה החדשה וביצירות גאודי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מאיה כותבת מכתב לחברתה אליה ומספרת לה על שלושה חלקים שונים בברצלונה: הרובע העתיק הצפוף, השכונה החדשה המסודרת, ובנייני האדריכל גאודי המיוחדים.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מאיה כותבת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לחברה בשם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לאמא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למורה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לאחותה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הסמטאות ברובע העתיק צרות כל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אהבו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העיר נבנתה בתוך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רצו למנוע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היה אופנתי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בפינות הגושים בשכונה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מעוגלות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קטומות באלכסון ויוצרות כיכר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גבוהות מהבתים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בהן חלונות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גאודי אהב לומר על הטבע?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 בו הרבה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בו קווים ישרים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שקט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למשפחה של בעלי איזו מלאכה השתייך גאודי?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חרשי נחושת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לפי התוכנית, כמה מגדלים יהיו לכנסייה שגאודי התחיל לבנות?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הרובע העתיק בברצלונה נבנה אחרי שהחומה נהרסה.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בשכונה החדשה הרחובות רחבים וישרים.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גאודי הוא זה שתכנן את השכונה בצורת לוח שחמט.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בבנייני גאודי כמעט אין פינה ישרה.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הכנסייה שגאודי התחיל לבנות כבר הושלמה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הספסל שעליו ישבה מאיה היה מלא שברי __________ צבעוניים.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בימי הביניים העיר ברצלונה הייתה בנויה בתוך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הכנסיות ברובע העתיק בנויות מאבן אפורה עם __________ מחודדות.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גאודי אהב לעבוד יד ביד עם בעלי מלאכה כמו נגרים, קדרים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העמודים בכנסייה של גאודי __________ למעלה כמו גזעים וענפים.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מתפתל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בעלי מלאכה שעובדים בברזל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הצטופפו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שהקצה שלהן נחתך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קטומות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לוחיות קטנות שמכסות עור של דג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אדריכל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עמדו קרוב מאוד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קשקשים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שמתכנן ומעצב בניינים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נפחים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עובר בקווים מעוגלים, לא ישר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בטקסט שם מספר אחד וכתבו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בפסקה 2 מילה מהשורש צ.פ.פ וכתבו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את המילה 'קשתות' בלשון יחיד.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בניין שאתם אוהבים במיוחד (אמיתי או דמיוני) - מה הצורה שלו, הצבעים שלו, ואיזה סיפור הוא מספר? כתבו קטע קצר כמו במכתב.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גרם לרובע העתיק להיות כל כך צפוף?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מיוחד בתכנון השכונה החדשה?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תכונה בטבע ניסה גאודי להעתיק בבניינים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מברצלונה - אדריכלות ברובע העתיק, בשכונה החדשה וביצירות גאודי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