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מברצלונה - אדריכלות ברובע העתיק, בשכונה החדשה וביצירות גאודי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מידע בצורת מכתב ולהשיב על שאלות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אוצר מילים חדש הקשור לאדריכלות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תופעות לשון בטקסט: שם המספר, נטייה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לחברה בשם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העיר נבנתה בתוך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קטומות באלכסון ויוצרות כיכר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שאין בו קווים ישרים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חרשי נחושת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שמונה עשר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הרובע העתיק נבנה בתוך החומה, בימי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מהנדס אחר תכנן את השכונה, גאודי תכנן בניינים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בטקסט על הבתים שעיצב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הבנייה עדיין נמשכת עד היום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אריחים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נפחים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מתפצלים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(עובר בקווים מעוגלים, לא 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(עמדו קרוב מאוד זה לזה)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(שהקצה שלהן נחתך)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 שמתכנן ומעצב בניינים)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(לוחיות קטנות שמכסות עור של דג)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(בעלי מלאכה שעובדים בברזל חם)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לשון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שמונה עשר (מגדלים)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הצטופפו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תיאור חושי עשיר, שימוש בלפחות שלושה שמות תואר, והתייחסות לרגש או למחשבה כלפי הבניין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חומה שהקיפה את העיר בימי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פינות קטומות היוצרות כיכרות קטנות, יותר אור ואוויר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העדר קווים ישרים - צורות מעוגלות כמו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המכתב בקול ולעצור אחרי כל פסקה לבדיקת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תמונות של סגנונות הבנייה השונים (רובע עתיק, שכונה מסודרת, בנייני גאודי) לפני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אפשר להרחיב ולבקש מהתלמידים למצוא עוד דוגמאות לנטייה או לשם מספר בטקסט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מברצלונה - אדריכלות ברובע העתיק, בשכונה החדשה וביצירות גאודי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מאיה כותבת מכתב לחברה שלה אליה. היא מספרת על עיר בשם ברצלונה ועל בניינים מיוחדים שראתה 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מתפתל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 בקווים מעוגלים, לא ישר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קשתות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חלקי בנייה מעוגלים מעל פתח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הצטופפו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עמדו קרוב מאוד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קטומות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שהקצה שלהן נחתך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אדריכל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שמתכנן ומעצב בניינים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קשקשים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לוחיות קטנות שמכסות עור של דג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נפחים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מלאכה שעובדים בברזל חם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מתפצלים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מתחלקים לכמה חלקים, כמו ענפים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מקבלת את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לחברה בשם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לאמא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למורה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לאחותה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הרחובות ברובע הישן 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אהבו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העיר נבנתה בתוך חומה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רצו למנוע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היה אופנתי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מיוחד בפינות הבתים בשכונה החדשה?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מעוגלות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קטומות באלכסון ויוצרות כיכר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גבוהות מהבתים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בהן חלונות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גאודי חשב על הטבע?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שיש בו הרבה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שאין בו קווים ישרים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שהוא שקט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שהוא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עבדה המשפחה של גאודי?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חרשי נחושת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מגדלים אמורים להיות בכנסייה?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הרובע העתיק בברצלונה נבנה אחרי שהחומה נהרסה.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בשכונה החדשה הרחובות רחבים וישרים.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גאודי הוא זה שתכנן את השכונה בצורת לוח שחמט.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בבנייני גאודי כמעט אין פינה ישרה.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הכנסייה שגאודי התחיל לבנות כבר הושלמה לגמרי.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הספסל שעליו ישבה מאיה היה מלא שברי __________ צבעוניים.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בימי הביניים העיר ברצלונה הייתה בנויה בתוך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הכנסיות ברובע העתיק בנויות מאבן אפורה עם __________ מחודדות.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גאודי אהב לעבוד יד ביד עם בעלי מלאכה כמו נגרים, קדרים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העמודים בכנסייה של גאודי __________ למעלה כמו גזעים וענפים.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מתפתל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לוחיות קטנות שמכסות עור של דג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הצטופפו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שמתכנן ומעצב בניינים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קטומות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בעלי מלאכה שעובדים בברזל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אדריכל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שהקצה שלהן נחתך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קשקשים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עובר בקווים מעוגלים, לא 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נפחים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עמדו קרוב מאוד זה לזה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לשון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בטקסט שם מספר אחד וכתבו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בפסקה 2 מילה מהשורש צ.פ.פ וכתבו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את המילה 'קשתות' בלשון יחיד.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בניין שאתם אוהבים במיוחד (אמיתי או דמיוני) - מה הצורה שלו, הצבעים שלו, ואיזה סיפור הוא מספר? כתבו קטע קצר כמו במכתב.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גרם לרובע העתיק להיות כל כך צפוף?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מיוחד בתכנון השכונה החדשה?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תכונה בטבע ניסה גאודי להעתיק בבניינים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מברצלונה - אדריכלות ברובע העתיק, בשכונה החדשה וביצירות גאודי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