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מברצלונה - אדריכלות ברובע העתיק, בשכונה החדשה וביצירות גאודי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מידע בצורת מכתב ולהשיב על שאלות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אוצר מילים חדש הקשור לאדריכלות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תופעות לשון בטקסט: שם המספר, נטייה ושורשים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לחברה בשם אליה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העיר נבנתה בתוך חומה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הן קטומות באלכסון ויוצרות כיכר קטנה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הרובע העתיק נבנה בתוך החומה, בימי הביניים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אריחים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(עובר בקווים מעוגלים, לא ישר)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(עמדו קרוב מאוד זה לזה)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(שהקצה שלהן נחתך)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 שמתכנן ומעצב בניינים)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לשון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תיאור חושי עשיר, שימוש בלפחות שלושה שמות תואר, והתייחסות לרגש או למחשבה כלפי הבניין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חומה שהקיפה את העיר בימי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פינות קטומות היוצרות כיכרות קטנות, יותר אור ואוויר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העדר קווים ישרים - צורות מעוגלות כמו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המכתב בקול ולעצור אחרי כל פסקה לבדיקת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תמונות של סגנונות הבנייה השונים (רובע עתיק, שכונה מסודרת, בנייני גאודי) לפני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הלשוני אפשר להרחיב ולבקש מהתלמידים למצוא עוד דוגמאות לנטייה או לשם מספר בטקסט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מברצלונה - אדריכלות ברובע העתיק, בשכונה החדשה וביצירות גאודי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מאיה כותבת מכתב לחברתה אליה ומספרת לה על שלושה חלקים שונים בברצלונה: הרובע העתיק הצפוף, השכונה החדשה המסודרת, ובנייני האדריכל גאודי המיוחדים.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חומה  ·  אריחים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למי מאיה כותבת את המכתב?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לחברה בשם אליה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לאמא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למורה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הסמטאות ברובע העתיק צרות כל כך?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לא אהבו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העיר נבנתה בתוך חומה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רצו למנוע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מיוחד בפינות הגושים בשכונה החדשה?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הן מעוגלות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הן קטומות באלכסון ויוצרות כיכר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הן גבוהות מהבתים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הרובע העתיק בברצלונה נבנה אחרי שהחומה נהרסה.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בשכונה החדשה הרחובות רחבים וישרים.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הספסל שעליו ישבה מאיה היה מלא שברי __________ צבעוניים.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בימי הביניים העיר ברצלונה הייתה בנויה בתוך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להסבר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מתפתל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 שמתכנן ומעצב בניינים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הצטופפו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שהקצה שלהן נחתך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קטומות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עובר בקווים מעוגלים, לא ישר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אדריכל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עמדו קרוב מאוד זה לזה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לשון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את המילה 'קשתות' בלשון יחיד.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בניין שאתם אוהבים במיוחד (אמיתי או דמיוני) - מה הצורה שלו, הצבעים שלו, ואיזה סיפור הוא מספר? כתבו קטע קצר כמו במכתב.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גרם לרובע העתיק להיות כל כך צפוף?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היה מיוחד בתכנון השכונה החדשה?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מכתב מברצלונה - אדריכלות ברובע העתיק, בשכונה החדשה וביצירות גאודי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